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59F1" w14:textId="77777777" w:rsidR="002F1A66" w:rsidRPr="005D1D57" w:rsidRDefault="00000000">
      <w:pPr>
        <w:jc w:val="center"/>
        <w:rPr>
          <w:lang w:val="es-ES"/>
        </w:rPr>
      </w:pPr>
      <w:r w:rsidRPr="005D1D57">
        <w:rPr>
          <w:b/>
          <w:sz w:val="40"/>
          <w:lang w:val="es-ES"/>
        </w:rPr>
        <w:t>CALENDARIO DEL TORNEO DE BÉISBOL</w:t>
      </w:r>
      <w:r w:rsidRPr="005D1D57">
        <w:rPr>
          <w:b/>
          <w:sz w:val="40"/>
          <w:lang w:val="es-ES"/>
        </w:rPr>
        <w:br/>
        <w:t>8 EQUIPOS</w:t>
      </w:r>
    </w:p>
    <w:p w14:paraId="1E8C3E88" w14:textId="77777777" w:rsidR="002F1A66" w:rsidRPr="005D1D57" w:rsidRDefault="00000000">
      <w:pPr>
        <w:jc w:val="center"/>
        <w:rPr>
          <w:lang w:val="es-ES"/>
        </w:rPr>
      </w:pPr>
      <w:r w:rsidRPr="005D1D57">
        <w:rPr>
          <w:i/>
          <w:lang w:val="es-ES"/>
        </w:rPr>
        <w:t>Viernes y sábado • Primera vuelta • Top 4 • Final al mejor de 3</w:t>
      </w:r>
    </w:p>
    <w:p w14:paraId="0547A1EE" w14:textId="77777777" w:rsidR="002F1A66" w:rsidRDefault="00000000">
      <w:pPr>
        <w:pStyle w:val="Heading1"/>
      </w:pPr>
      <w:r>
        <w:t xml:space="preserve">1. Formato del </w:t>
      </w:r>
      <w:proofErr w:type="spellStart"/>
      <w:r>
        <w:t>torneo</w:t>
      </w:r>
      <w:proofErr w:type="spellEnd"/>
    </w:p>
    <w:p w14:paraId="281BD59E" w14:textId="77777777" w:rsidR="002F1A66" w:rsidRDefault="00000000">
      <w:pPr>
        <w:pStyle w:val="ListBullet"/>
      </w:pPr>
      <w:r>
        <w:t>Participan 8 equipos.</w:t>
      </w:r>
    </w:p>
    <w:p w14:paraId="4EDEE40A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 xml:space="preserve">Primera vuelta: todos contra </w:t>
      </w:r>
      <w:proofErr w:type="gramStart"/>
      <w:r w:rsidRPr="005D1D57">
        <w:rPr>
          <w:lang w:val="es-ES"/>
        </w:rPr>
        <w:t>todos una vez</w:t>
      </w:r>
      <w:proofErr w:type="gramEnd"/>
      <w:r w:rsidRPr="005D1D57">
        <w:rPr>
          <w:lang w:val="es-ES"/>
        </w:rPr>
        <w:t>. Cada enfrentamiento consiste en 2 juegos de 7 innings el mismo día.</w:t>
      </w:r>
    </w:p>
    <w:p w14:paraId="57DF4513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>Cada equipo juega solamente un día por fin de semana: viernes o sábado.</w:t>
      </w:r>
    </w:p>
    <w:p w14:paraId="2B69C3E5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>Se utilizan 2 estadios por día. En cada estadio se disputa un enfrentamiento de 2 juegos.</w:t>
      </w:r>
    </w:p>
    <w:p w14:paraId="138CE171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>Después de cada 3 fines de semana de competencia, toda la liga descansa un fin de semana.</w:t>
      </w:r>
    </w:p>
    <w:p w14:paraId="1EB156D6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>Al terminar la primera vuelta clasifican únicamente los 4 equipos con mejor récord.</w:t>
      </w:r>
    </w:p>
    <w:p w14:paraId="145D1EB8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 xml:space="preserve">Segunda vuelta: los 4 clasificados juegan todos contra </w:t>
      </w:r>
      <w:proofErr w:type="gramStart"/>
      <w:r w:rsidRPr="005D1D57">
        <w:rPr>
          <w:lang w:val="es-ES"/>
        </w:rPr>
        <w:t>todos una vez</w:t>
      </w:r>
      <w:proofErr w:type="gramEnd"/>
      <w:r w:rsidRPr="005D1D57">
        <w:rPr>
          <w:lang w:val="es-ES"/>
        </w:rPr>
        <w:t>, 2 juegos por enfrentamiento.</w:t>
      </w:r>
    </w:p>
    <w:p w14:paraId="53703D8D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>Los 2 equipos con más victorias en la segunda vuelta avanzan a la final.</w:t>
      </w:r>
    </w:p>
    <w:p w14:paraId="13F639B8" w14:textId="3A0D8E33" w:rsidR="002F1A66" w:rsidRDefault="00000000">
      <w:pPr>
        <w:pStyle w:val="ListBullet"/>
      </w:pPr>
      <w:r w:rsidRPr="005D1D57">
        <w:rPr>
          <w:lang w:val="es-ES"/>
        </w:rPr>
        <w:t>Final: serie al mejor de 3 juegos, de 9 innings. Campeón es el primero que gane 2 juegos.</w:t>
      </w:r>
      <w:r w:rsidR="005D1D57" w:rsidRPr="005D1D57">
        <w:rPr>
          <w:lang w:val="es-ES"/>
        </w:rPr>
        <w:t xml:space="preserve"> </w:t>
      </w:r>
      <w:r w:rsidR="005D1D57">
        <w:t xml:space="preserve">Un juego </w:t>
      </w:r>
      <w:proofErr w:type="spellStart"/>
      <w:r w:rsidR="005D1D57">
        <w:t>por</w:t>
      </w:r>
      <w:proofErr w:type="spellEnd"/>
      <w:r w:rsidR="005D1D57">
        <w:t xml:space="preserve"> </w:t>
      </w:r>
      <w:proofErr w:type="spellStart"/>
      <w:r w:rsidR="005D1D57">
        <w:t>dia</w:t>
      </w:r>
      <w:proofErr w:type="spellEnd"/>
    </w:p>
    <w:p w14:paraId="6811061B" w14:textId="77777777" w:rsidR="002F1A66" w:rsidRDefault="00000000">
      <w:pPr>
        <w:pStyle w:val="Heading1"/>
      </w:pPr>
      <w:r>
        <w:t>2. Primera vuelta – 8 equipos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2610"/>
        <w:gridCol w:w="2250"/>
        <w:gridCol w:w="2492"/>
        <w:gridCol w:w="2129"/>
      </w:tblGrid>
      <w:tr w:rsidR="000D1C53" w14:paraId="4A4099B3" w14:textId="77777777" w:rsidTr="000D1C53">
        <w:trPr>
          <w:jc w:val="center"/>
        </w:trPr>
        <w:tc>
          <w:tcPr>
            <w:tcW w:w="1165" w:type="dxa"/>
            <w:vAlign w:val="center"/>
          </w:tcPr>
          <w:p w14:paraId="702437D6" w14:textId="19CA5B3D" w:rsidR="000D1C53" w:rsidRDefault="000D1C53" w:rsidP="000D1C53">
            <w:r>
              <w:rPr>
                <w:b/>
                <w:bCs/>
              </w:rPr>
              <w:t>Jornada</w:t>
            </w:r>
          </w:p>
        </w:tc>
        <w:tc>
          <w:tcPr>
            <w:tcW w:w="2610" w:type="dxa"/>
            <w:vAlign w:val="center"/>
          </w:tcPr>
          <w:p w14:paraId="387EFA83" w14:textId="3C9E2F67" w:rsidR="000D1C53" w:rsidRDefault="000D1C53" w:rsidP="000D1C53">
            <w:r>
              <w:rPr>
                <w:b/>
                <w:bCs/>
              </w:rPr>
              <w:t>Viernes – Est. 1</w:t>
            </w:r>
          </w:p>
        </w:tc>
        <w:tc>
          <w:tcPr>
            <w:tcW w:w="2250" w:type="dxa"/>
            <w:vAlign w:val="center"/>
          </w:tcPr>
          <w:p w14:paraId="7A5D5179" w14:textId="16339A05" w:rsidR="000D1C53" w:rsidRDefault="000D1C53" w:rsidP="000D1C53">
            <w:r>
              <w:rPr>
                <w:b/>
                <w:bCs/>
              </w:rPr>
              <w:t>Viernes – Est. 2</w:t>
            </w:r>
          </w:p>
        </w:tc>
        <w:tc>
          <w:tcPr>
            <w:tcW w:w="2492" w:type="dxa"/>
            <w:vAlign w:val="center"/>
          </w:tcPr>
          <w:p w14:paraId="690B7FA6" w14:textId="5DF1C102" w:rsidR="000D1C53" w:rsidRDefault="000D1C53" w:rsidP="000D1C53">
            <w:r>
              <w:rPr>
                <w:b/>
                <w:bCs/>
              </w:rPr>
              <w:t>Sábado – Est. 1</w:t>
            </w:r>
          </w:p>
        </w:tc>
        <w:tc>
          <w:tcPr>
            <w:tcW w:w="2129" w:type="dxa"/>
            <w:vAlign w:val="center"/>
          </w:tcPr>
          <w:p w14:paraId="792CE455" w14:textId="21A9AE87" w:rsidR="000D1C53" w:rsidRDefault="000D1C53" w:rsidP="000D1C53">
            <w:r>
              <w:rPr>
                <w:b/>
                <w:bCs/>
              </w:rPr>
              <w:t>Sábado – Est. 2</w:t>
            </w:r>
          </w:p>
        </w:tc>
      </w:tr>
      <w:tr w:rsidR="000D1C53" w:rsidRPr="005D1D57" w14:paraId="475084C3" w14:textId="77777777" w:rsidTr="000D1C53">
        <w:trPr>
          <w:jc w:val="center"/>
        </w:trPr>
        <w:tc>
          <w:tcPr>
            <w:tcW w:w="1165" w:type="dxa"/>
            <w:vAlign w:val="center"/>
          </w:tcPr>
          <w:p w14:paraId="2B553594" w14:textId="63174613" w:rsidR="000D1C53" w:rsidRDefault="000D1C53" w:rsidP="000D1C53">
            <w:r>
              <w:t>1</w:t>
            </w:r>
          </w:p>
        </w:tc>
        <w:tc>
          <w:tcPr>
            <w:tcW w:w="2610" w:type="dxa"/>
            <w:vAlign w:val="center"/>
          </w:tcPr>
          <w:p w14:paraId="7EF54887" w14:textId="7F25122D" w:rsidR="000D1C53" w:rsidRPr="005D1D57" w:rsidRDefault="000D1C53" w:rsidP="000D1C53">
            <w:pPr>
              <w:rPr>
                <w:lang w:val="es-ES"/>
              </w:rPr>
            </w:pPr>
            <w:r>
              <w:t>E6 vs E7</w:t>
            </w:r>
          </w:p>
        </w:tc>
        <w:tc>
          <w:tcPr>
            <w:tcW w:w="2250" w:type="dxa"/>
            <w:vAlign w:val="center"/>
          </w:tcPr>
          <w:p w14:paraId="22EC541D" w14:textId="00293813" w:rsidR="000D1C53" w:rsidRPr="005D1D57" w:rsidRDefault="000D1C53" w:rsidP="000D1C53">
            <w:pPr>
              <w:rPr>
                <w:lang w:val="es-ES"/>
              </w:rPr>
            </w:pPr>
            <w:r>
              <w:t>E4 vs E8</w:t>
            </w:r>
          </w:p>
        </w:tc>
        <w:tc>
          <w:tcPr>
            <w:tcW w:w="2492" w:type="dxa"/>
            <w:vAlign w:val="center"/>
          </w:tcPr>
          <w:p w14:paraId="5F6393C1" w14:textId="148ED6CE" w:rsidR="000D1C53" w:rsidRPr="005D1D57" w:rsidRDefault="000D1C53" w:rsidP="000D1C53">
            <w:pPr>
              <w:rPr>
                <w:lang w:val="es-ES"/>
              </w:rPr>
            </w:pPr>
            <w:r>
              <w:t>E1 vs E2</w:t>
            </w:r>
          </w:p>
        </w:tc>
        <w:tc>
          <w:tcPr>
            <w:tcW w:w="2129" w:type="dxa"/>
            <w:vAlign w:val="center"/>
          </w:tcPr>
          <w:p w14:paraId="0A284E4D" w14:textId="3341444C" w:rsidR="000D1C53" w:rsidRPr="005D1D57" w:rsidRDefault="000D1C53" w:rsidP="000D1C53">
            <w:pPr>
              <w:rPr>
                <w:lang w:val="es-ES"/>
              </w:rPr>
            </w:pPr>
            <w:r>
              <w:t>E3 vs E5</w:t>
            </w:r>
          </w:p>
        </w:tc>
      </w:tr>
      <w:tr w:rsidR="000D1C53" w:rsidRPr="005D1D57" w14:paraId="20A71068" w14:textId="77777777" w:rsidTr="000D1C53">
        <w:trPr>
          <w:jc w:val="center"/>
        </w:trPr>
        <w:tc>
          <w:tcPr>
            <w:tcW w:w="1165" w:type="dxa"/>
            <w:vAlign w:val="center"/>
          </w:tcPr>
          <w:p w14:paraId="77020DCB" w14:textId="332AD472" w:rsidR="000D1C53" w:rsidRDefault="000D1C53" w:rsidP="000D1C53">
            <w:r>
              <w:t>2</w:t>
            </w:r>
          </w:p>
        </w:tc>
        <w:tc>
          <w:tcPr>
            <w:tcW w:w="2610" w:type="dxa"/>
            <w:vAlign w:val="center"/>
          </w:tcPr>
          <w:p w14:paraId="24D82699" w14:textId="5B2AD217" w:rsidR="000D1C53" w:rsidRPr="005D1D57" w:rsidRDefault="000D1C53" w:rsidP="000D1C53">
            <w:pPr>
              <w:rPr>
                <w:lang w:val="es-ES"/>
              </w:rPr>
            </w:pPr>
            <w:r>
              <w:t>E7 vs E2</w:t>
            </w:r>
          </w:p>
        </w:tc>
        <w:tc>
          <w:tcPr>
            <w:tcW w:w="2250" w:type="dxa"/>
            <w:vAlign w:val="center"/>
          </w:tcPr>
          <w:p w14:paraId="134D8D2F" w14:textId="3B6C6847" w:rsidR="000D1C53" w:rsidRPr="005D1D57" w:rsidRDefault="000D1C53" w:rsidP="000D1C53">
            <w:pPr>
              <w:rPr>
                <w:lang w:val="es-ES"/>
              </w:rPr>
            </w:pPr>
            <w:r>
              <w:t>E1 vs E3</w:t>
            </w:r>
          </w:p>
        </w:tc>
        <w:tc>
          <w:tcPr>
            <w:tcW w:w="2492" w:type="dxa"/>
            <w:vAlign w:val="center"/>
          </w:tcPr>
          <w:p w14:paraId="212DF022" w14:textId="3480B34C" w:rsidR="000D1C53" w:rsidRPr="005D1D57" w:rsidRDefault="000D1C53" w:rsidP="000D1C53">
            <w:pPr>
              <w:rPr>
                <w:lang w:val="es-ES"/>
              </w:rPr>
            </w:pPr>
            <w:r>
              <w:t>E6 vs E8</w:t>
            </w:r>
          </w:p>
        </w:tc>
        <w:tc>
          <w:tcPr>
            <w:tcW w:w="2129" w:type="dxa"/>
            <w:vAlign w:val="center"/>
          </w:tcPr>
          <w:p w14:paraId="7A621AB2" w14:textId="545EF645" w:rsidR="000D1C53" w:rsidRPr="005D1D57" w:rsidRDefault="000D1C53" w:rsidP="000D1C53">
            <w:pPr>
              <w:rPr>
                <w:lang w:val="es-ES"/>
              </w:rPr>
            </w:pPr>
            <w:r>
              <w:t>E4 vs E5</w:t>
            </w:r>
          </w:p>
        </w:tc>
      </w:tr>
      <w:tr w:rsidR="000D1C53" w:rsidRPr="005D1D57" w14:paraId="5CB713ED" w14:textId="77777777" w:rsidTr="000D1C53">
        <w:trPr>
          <w:jc w:val="center"/>
        </w:trPr>
        <w:tc>
          <w:tcPr>
            <w:tcW w:w="1165" w:type="dxa"/>
            <w:vAlign w:val="center"/>
          </w:tcPr>
          <w:p w14:paraId="442D356E" w14:textId="4989F933" w:rsidR="000D1C53" w:rsidRDefault="000D1C53" w:rsidP="000D1C53">
            <w:r>
              <w:t>3</w:t>
            </w:r>
          </w:p>
        </w:tc>
        <w:tc>
          <w:tcPr>
            <w:tcW w:w="2610" w:type="dxa"/>
            <w:vAlign w:val="center"/>
          </w:tcPr>
          <w:p w14:paraId="15679A06" w14:textId="5FC8B388" w:rsidR="000D1C53" w:rsidRPr="005D1D57" w:rsidRDefault="000D1C53" w:rsidP="000D1C53">
            <w:pPr>
              <w:rPr>
                <w:lang w:val="es-ES"/>
              </w:rPr>
            </w:pPr>
            <w:r>
              <w:t>E6 vs E2</w:t>
            </w:r>
          </w:p>
        </w:tc>
        <w:tc>
          <w:tcPr>
            <w:tcW w:w="2250" w:type="dxa"/>
            <w:vAlign w:val="center"/>
          </w:tcPr>
          <w:p w14:paraId="428CA295" w14:textId="54808738" w:rsidR="000D1C53" w:rsidRPr="005D1D57" w:rsidRDefault="000D1C53" w:rsidP="000D1C53">
            <w:pPr>
              <w:rPr>
                <w:lang w:val="es-ES"/>
              </w:rPr>
            </w:pPr>
            <w:r>
              <w:t>E8 vs E5</w:t>
            </w:r>
          </w:p>
        </w:tc>
        <w:tc>
          <w:tcPr>
            <w:tcW w:w="2492" w:type="dxa"/>
            <w:vAlign w:val="center"/>
          </w:tcPr>
          <w:p w14:paraId="28461622" w14:textId="1018704A" w:rsidR="000D1C53" w:rsidRPr="005D1D57" w:rsidRDefault="000D1C53" w:rsidP="000D1C53">
            <w:pPr>
              <w:rPr>
                <w:lang w:val="es-ES"/>
              </w:rPr>
            </w:pPr>
            <w:r>
              <w:t>E7 vs E3</w:t>
            </w:r>
          </w:p>
        </w:tc>
        <w:tc>
          <w:tcPr>
            <w:tcW w:w="2129" w:type="dxa"/>
            <w:vAlign w:val="center"/>
          </w:tcPr>
          <w:p w14:paraId="23CBCE53" w14:textId="3B66ACE4" w:rsidR="000D1C53" w:rsidRPr="005D1D57" w:rsidRDefault="000D1C53" w:rsidP="000D1C53">
            <w:pPr>
              <w:rPr>
                <w:lang w:val="es-ES"/>
              </w:rPr>
            </w:pPr>
            <w:r>
              <w:t>E4 vs E1</w:t>
            </w:r>
          </w:p>
        </w:tc>
      </w:tr>
      <w:tr w:rsidR="000D1C53" w14:paraId="229CAF2F" w14:textId="77777777" w:rsidTr="000D1C53">
        <w:trPr>
          <w:jc w:val="center"/>
        </w:trPr>
        <w:tc>
          <w:tcPr>
            <w:tcW w:w="1165" w:type="dxa"/>
            <w:vAlign w:val="center"/>
          </w:tcPr>
          <w:p w14:paraId="768459C4" w14:textId="3BCD81E3" w:rsidR="000D1C53" w:rsidRDefault="000D1C53" w:rsidP="000D1C53">
            <w:r>
              <w:t>4</w:t>
            </w:r>
          </w:p>
        </w:tc>
        <w:tc>
          <w:tcPr>
            <w:tcW w:w="2610" w:type="dxa"/>
            <w:vAlign w:val="center"/>
          </w:tcPr>
          <w:p w14:paraId="4E7498E8" w14:textId="5A62BFC0" w:rsidR="000D1C53" w:rsidRDefault="000D1C53" w:rsidP="000D1C53">
            <w:r>
              <w:rPr>
                <w:rStyle w:val="Strong"/>
              </w:rPr>
              <w:t>DESCANSO GENERAL</w:t>
            </w:r>
          </w:p>
        </w:tc>
        <w:tc>
          <w:tcPr>
            <w:tcW w:w="2250" w:type="dxa"/>
            <w:vAlign w:val="center"/>
          </w:tcPr>
          <w:p w14:paraId="6A1ADAEA" w14:textId="07C01D03" w:rsidR="000D1C53" w:rsidRDefault="000D1C53" w:rsidP="000D1C53">
            <w:r>
              <w:t>—</w:t>
            </w:r>
          </w:p>
        </w:tc>
        <w:tc>
          <w:tcPr>
            <w:tcW w:w="2492" w:type="dxa"/>
            <w:vAlign w:val="center"/>
          </w:tcPr>
          <w:p w14:paraId="234D2CA9" w14:textId="715CD8E1" w:rsidR="000D1C53" w:rsidRDefault="000D1C53" w:rsidP="000D1C53">
            <w:r>
              <w:rPr>
                <w:rStyle w:val="Strong"/>
              </w:rPr>
              <w:t>DESCANSO GENERAL</w:t>
            </w:r>
          </w:p>
        </w:tc>
        <w:tc>
          <w:tcPr>
            <w:tcW w:w="2129" w:type="dxa"/>
            <w:vAlign w:val="center"/>
          </w:tcPr>
          <w:p w14:paraId="62B70737" w14:textId="1D7D9BA6" w:rsidR="000D1C53" w:rsidRDefault="000D1C53" w:rsidP="000D1C53">
            <w:r>
              <w:t>—</w:t>
            </w:r>
          </w:p>
        </w:tc>
      </w:tr>
      <w:tr w:rsidR="000D1C53" w:rsidRPr="005D1D57" w14:paraId="1B7C08A6" w14:textId="77777777" w:rsidTr="000D1C53">
        <w:trPr>
          <w:jc w:val="center"/>
        </w:trPr>
        <w:tc>
          <w:tcPr>
            <w:tcW w:w="1165" w:type="dxa"/>
            <w:vAlign w:val="center"/>
          </w:tcPr>
          <w:p w14:paraId="6FF96E9F" w14:textId="14FB7575" w:rsidR="000D1C53" w:rsidRDefault="000D1C53" w:rsidP="000D1C53">
            <w:r>
              <w:t>5</w:t>
            </w:r>
          </w:p>
        </w:tc>
        <w:tc>
          <w:tcPr>
            <w:tcW w:w="2610" w:type="dxa"/>
            <w:vAlign w:val="center"/>
          </w:tcPr>
          <w:p w14:paraId="4F15ADB7" w14:textId="5F68D0B2" w:rsidR="000D1C53" w:rsidRPr="005D1D57" w:rsidRDefault="000D1C53" w:rsidP="000D1C53">
            <w:pPr>
              <w:rPr>
                <w:lang w:val="es-ES"/>
              </w:rPr>
            </w:pPr>
            <w:r>
              <w:t>E8 vs E1</w:t>
            </w:r>
          </w:p>
        </w:tc>
        <w:tc>
          <w:tcPr>
            <w:tcW w:w="2250" w:type="dxa"/>
            <w:vAlign w:val="center"/>
          </w:tcPr>
          <w:p w14:paraId="0DB62B50" w14:textId="510D269B" w:rsidR="000D1C53" w:rsidRPr="005D1D57" w:rsidRDefault="000D1C53" w:rsidP="000D1C53">
            <w:pPr>
              <w:rPr>
                <w:lang w:val="es-ES"/>
              </w:rPr>
            </w:pPr>
            <w:r>
              <w:t>E7 vs E4</w:t>
            </w:r>
          </w:p>
        </w:tc>
        <w:tc>
          <w:tcPr>
            <w:tcW w:w="2492" w:type="dxa"/>
            <w:vAlign w:val="center"/>
          </w:tcPr>
          <w:p w14:paraId="20A849C5" w14:textId="02D770E1" w:rsidR="000D1C53" w:rsidRPr="005D1D57" w:rsidRDefault="000D1C53" w:rsidP="000D1C53">
            <w:pPr>
              <w:rPr>
                <w:lang w:val="es-ES"/>
              </w:rPr>
            </w:pPr>
            <w:r>
              <w:t>E6 vs E5</w:t>
            </w:r>
          </w:p>
        </w:tc>
        <w:tc>
          <w:tcPr>
            <w:tcW w:w="2129" w:type="dxa"/>
            <w:vAlign w:val="center"/>
          </w:tcPr>
          <w:p w14:paraId="7322DCC3" w14:textId="3840636D" w:rsidR="000D1C53" w:rsidRPr="005D1D57" w:rsidRDefault="000D1C53" w:rsidP="000D1C53">
            <w:pPr>
              <w:rPr>
                <w:lang w:val="es-ES"/>
              </w:rPr>
            </w:pPr>
            <w:r>
              <w:t>E2 vs E3</w:t>
            </w:r>
          </w:p>
        </w:tc>
      </w:tr>
      <w:tr w:rsidR="000D1C53" w:rsidRPr="005D1D57" w14:paraId="38D986CA" w14:textId="77777777" w:rsidTr="000D1C53">
        <w:trPr>
          <w:jc w:val="center"/>
        </w:trPr>
        <w:tc>
          <w:tcPr>
            <w:tcW w:w="1165" w:type="dxa"/>
            <w:vAlign w:val="center"/>
          </w:tcPr>
          <w:p w14:paraId="006479B0" w14:textId="5B660C19" w:rsidR="000D1C53" w:rsidRDefault="000D1C53" w:rsidP="000D1C53">
            <w:r>
              <w:t>6</w:t>
            </w:r>
          </w:p>
        </w:tc>
        <w:tc>
          <w:tcPr>
            <w:tcW w:w="2610" w:type="dxa"/>
            <w:vAlign w:val="center"/>
          </w:tcPr>
          <w:p w14:paraId="299CFCF3" w14:textId="790CE200" w:rsidR="000D1C53" w:rsidRPr="005D1D57" w:rsidRDefault="000D1C53" w:rsidP="000D1C53">
            <w:pPr>
              <w:rPr>
                <w:lang w:val="es-ES"/>
              </w:rPr>
            </w:pPr>
            <w:r>
              <w:t>E6 vs E3</w:t>
            </w:r>
          </w:p>
        </w:tc>
        <w:tc>
          <w:tcPr>
            <w:tcW w:w="2250" w:type="dxa"/>
            <w:vAlign w:val="center"/>
          </w:tcPr>
          <w:p w14:paraId="06A0CFF9" w14:textId="088011BF" w:rsidR="000D1C53" w:rsidRPr="005D1D57" w:rsidRDefault="000D1C53" w:rsidP="000D1C53">
            <w:pPr>
              <w:rPr>
                <w:lang w:val="es-ES"/>
              </w:rPr>
            </w:pPr>
            <w:r>
              <w:t>E5 vs E1</w:t>
            </w:r>
          </w:p>
        </w:tc>
        <w:tc>
          <w:tcPr>
            <w:tcW w:w="2492" w:type="dxa"/>
            <w:vAlign w:val="center"/>
          </w:tcPr>
          <w:p w14:paraId="62572F37" w14:textId="02072384" w:rsidR="000D1C53" w:rsidRPr="005D1D57" w:rsidRDefault="000D1C53" w:rsidP="000D1C53">
            <w:pPr>
              <w:rPr>
                <w:lang w:val="es-ES"/>
              </w:rPr>
            </w:pPr>
            <w:r>
              <w:t>E2 vs E4</w:t>
            </w:r>
          </w:p>
        </w:tc>
        <w:tc>
          <w:tcPr>
            <w:tcW w:w="2129" w:type="dxa"/>
            <w:vAlign w:val="center"/>
          </w:tcPr>
          <w:p w14:paraId="45BB2DD1" w14:textId="401C48F7" w:rsidR="000D1C53" w:rsidRPr="005D1D57" w:rsidRDefault="000D1C53" w:rsidP="000D1C53">
            <w:pPr>
              <w:rPr>
                <w:lang w:val="es-ES"/>
              </w:rPr>
            </w:pPr>
            <w:r>
              <w:t>E8 vs E7</w:t>
            </w:r>
          </w:p>
        </w:tc>
      </w:tr>
      <w:tr w:rsidR="000D1C53" w:rsidRPr="005D1D57" w14:paraId="19F4838F" w14:textId="77777777" w:rsidTr="000D1C53">
        <w:trPr>
          <w:jc w:val="center"/>
        </w:trPr>
        <w:tc>
          <w:tcPr>
            <w:tcW w:w="1165" w:type="dxa"/>
            <w:vAlign w:val="center"/>
          </w:tcPr>
          <w:p w14:paraId="0C14C163" w14:textId="5250A4E0" w:rsidR="000D1C53" w:rsidRDefault="000D1C53" w:rsidP="000D1C53">
            <w:r>
              <w:t>7</w:t>
            </w:r>
          </w:p>
        </w:tc>
        <w:tc>
          <w:tcPr>
            <w:tcW w:w="2610" w:type="dxa"/>
            <w:vAlign w:val="center"/>
          </w:tcPr>
          <w:p w14:paraId="134BA9D1" w14:textId="64F695A0" w:rsidR="000D1C53" w:rsidRPr="005D1D57" w:rsidRDefault="000D1C53" w:rsidP="000D1C53">
            <w:pPr>
              <w:rPr>
                <w:lang w:val="es-ES"/>
              </w:rPr>
            </w:pPr>
            <w:r>
              <w:t>E3 vs E4</w:t>
            </w:r>
          </w:p>
        </w:tc>
        <w:tc>
          <w:tcPr>
            <w:tcW w:w="2250" w:type="dxa"/>
            <w:vAlign w:val="center"/>
          </w:tcPr>
          <w:p w14:paraId="58BE68E7" w14:textId="6E26DAE1" w:rsidR="000D1C53" w:rsidRPr="005D1D57" w:rsidRDefault="000D1C53" w:rsidP="000D1C53">
            <w:pPr>
              <w:rPr>
                <w:lang w:val="es-ES"/>
              </w:rPr>
            </w:pPr>
            <w:r>
              <w:t>E2 vs E8</w:t>
            </w:r>
          </w:p>
        </w:tc>
        <w:tc>
          <w:tcPr>
            <w:tcW w:w="2492" w:type="dxa"/>
            <w:vAlign w:val="center"/>
          </w:tcPr>
          <w:p w14:paraId="1BCB45AE" w14:textId="39AFEC5A" w:rsidR="000D1C53" w:rsidRPr="005D1D57" w:rsidRDefault="000D1C53" w:rsidP="000D1C53">
            <w:pPr>
              <w:rPr>
                <w:lang w:val="es-ES"/>
              </w:rPr>
            </w:pPr>
            <w:r>
              <w:t>E6 vs E1</w:t>
            </w:r>
          </w:p>
        </w:tc>
        <w:tc>
          <w:tcPr>
            <w:tcW w:w="2129" w:type="dxa"/>
            <w:vAlign w:val="center"/>
          </w:tcPr>
          <w:p w14:paraId="603CDCEE" w14:textId="1DB0397C" w:rsidR="000D1C53" w:rsidRPr="005D1D57" w:rsidRDefault="000D1C53" w:rsidP="000D1C53">
            <w:pPr>
              <w:rPr>
                <w:lang w:val="es-ES"/>
              </w:rPr>
            </w:pPr>
            <w:r>
              <w:t>E5 vs E7</w:t>
            </w:r>
          </w:p>
        </w:tc>
      </w:tr>
      <w:tr w:rsidR="000D1C53" w:rsidRPr="005D1D57" w14:paraId="33F08410" w14:textId="77777777" w:rsidTr="000D1C53">
        <w:trPr>
          <w:jc w:val="center"/>
        </w:trPr>
        <w:tc>
          <w:tcPr>
            <w:tcW w:w="1165" w:type="dxa"/>
            <w:vAlign w:val="center"/>
          </w:tcPr>
          <w:p w14:paraId="3FE1C01C" w14:textId="0EBEBFE4" w:rsidR="000D1C53" w:rsidRDefault="000D1C53" w:rsidP="000D1C53">
            <w:r>
              <w:t>8</w:t>
            </w:r>
          </w:p>
        </w:tc>
        <w:tc>
          <w:tcPr>
            <w:tcW w:w="2610" w:type="dxa"/>
            <w:vAlign w:val="center"/>
          </w:tcPr>
          <w:p w14:paraId="5293CEA2" w14:textId="5B18D9A2" w:rsidR="000D1C53" w:rsidRPr="005D1D57" w:rsidRDefault="000D1C53" w:rsidP="000D1C53">
            <w:pPr>
              <w:rPr>
                <w:lang w:val="es-ES"/>
              </w:rPr>
            </w:pPr>
            <w:r>
              <w:t>E1 vs E7</w:t>
            </w:r>
          </w:p>
        </w:tc>
        <w:tc>
          <w:tcPr>
            <w:tcW w:w="2250" w:type="dxa"/>
            <w:vAlign w:val="center"/>
          </w:tcPr>
          <w:p w14:paraId="0B6AFC3D" w14:textId="3FC7FCB9" w:rsidR="000D1C53" w:rsidRPr="005D1D57" w:rsidRDefault="000D1C53" w:rsidP="000D1C53">
            <w:pPr>
              <w:rPr>
                <w:lang w:val="es-ES"/>
              </w:rPr>
            </w:pPr>
            <w:r>
              <w:t>E5 vs E2</w:t>
            </w:r>
          </w:p>
        </w:tc>
        <w:tc>
          <w:tcPr>
            <w:tcW w:w="2492" w:type="dxa"/>
            <w:vAlign w:val="center"/>
          </w:tcPr>
          <w:p w14:paraId="225B6C68" w14:textId="3C473A2D" w:rsidR="000D1C53" w:rsidRPr="005D1D57" w:rsidRDefault="000D1C53" w:rsidP="000D1C53">
            <w:pPr>
              <w:rPr>
                <w:lang w:val="es-ES"/>
              </w:rPr>
            </w:pPr>
            <w:r>
              <w:t>E6 vs E4</w:t>
            </w:r>
          </w:p>
        </w:tc>
        <w:tc>
          <w:tcPr>
            <w:tcW w:w="2129" w:type="dxa"/>
            <w:vAlign w:val="center"/>
          </w:tcPr>
          <w:p w14:paraId="285A86C2" w14:textId="0B35B175" w:rsidR="000D1C53" w:rsidRPr="005D1D57" w:rsidRDefault="000D1C53" w:rsidP="000D1C53">
            <w:pPr>
              <w:rPr>
                <w:lang w:val="es-ES"/>
              </w:rPr>
            </w:pPr>
            <w:r>
              <w:t>E3 vs E8</w:t>
            </w:r>
          </w:p>
        </w:tc>
      </w:tr>
      <w:tr w:rsidR="000D1C53" w:rsidRPr="005D1D57" w14:paraId="5A3F95E5" w14:textId="77777777" w:rsidTr="000D1C53">
        <w:trPr>
          <w:jc w:val="center"/>
        </w:trPr>
        <w:tc>
          <w:tcPr>
            <w:tcW w:w="1165" w:type="dxa"/>
            <w:vAlign w:val="center"/>
          </w:tcPr>
          <w:p w14:paraId="02C9596D" w14:textId="6FD0AD5B" w:rsidR="000D1C53" w:rsidRDefault="000D1C53" w:rsidP="000D1C53">
            <w:pPr>
              <w:rPr>
                <w:sz w:val="16"/>
              </w:rPr>
            </w:pPr>
            <w:r>
              <w:t>9</w:t>
            </w:r>
          </w:p>
        </w:tc>
        <w:tc>
          <w:tcPr>
            <w:tcW w:w="2610" w:type="dxa"/>
            <w:vAlign w:val="center"/>
          </w:tcPr>
          <w:p w14:paraId="01785AA1" w14:textId="53AF7D4C" w:rsidR="000D1C53" w:rsidRPr="005D1D57" w:rsidRDefault="000D1C53" w:rsidP="000D1C53">
            <w:pPr>
              <w:rPr>
                <w:sz w:val="16"/>
                <w:lang w:val="es-ES"/>
              </w:rPr>
            </w:pPr>
            <w:r>
              <w:rPr>
                <w:rStyle w:val="Strong"/>
              </w:rPr>
              <w:t>DESCANSO GENERAL</w:t>
            </w:r>
          </w:p>
        </w:tc>
        <w:tc>
          <w:tcPr>
            <w:tcW w:w="2250" w:type="dxa"/>
            <w:vAlign w:val="center"/>
          </w:tcPr>
          <w:p w14:paraId="01399688" w14:textId="11D3098D" w:rsidR="000D1C53" w:rsidRPr="005D1D57" w:rsidRDefault="000D1C53" w:rsidP="000D1C53">
            <w:pPr>
              <w:rPr>
                <w:sz w:val="16"/>
                <w:lang w:val="es-ES"/>
              </w:rPr>
            </w:pPr>
            <w:r>
              <w:t>—</w:t>
            </w:r>
          </w:p>
        </w:tc>
        <w:tc>
          <w:tcPr>
            <w:tcW w:w="2492" w:type="dxa"/>
            <w:vAlign w:val="center"/>
          </w:tcPr>
          <w:p w14:paraId="195080D2" w14:textId="7D832DBE" w:rsidR="000D1C53" w:rsidRPr="005D1D57" w:rsidRDefault="000D1C53" w:rsidP="000D1C53">
            <w:pPr>
              <w:rPr>
                <w:sz w:val="16"/>
                <w:lang w:val="es-ES"/>
              </w:rPr>
            </w:pPr>
            <w:r>
              <w:rPr>
                <w:rStyle w:val="Strong"/>
              </w:rPr>
              <w:t>DESCANSO GENERAL</w:t>
            </w:r>
          </w:p>
        </w:tc>
        <w:tc>
          <w:tcPr>
            <w:tcW w:w="2129" w:type="dxa"/>
            <w:vAlign w:val="center"/>
          </w:tcPr>
          <w:p w14:paraId="406ABF74" w14:textId="164004D2" w:rsidR="000D1C53" w:rsidRPr="005D1D57" w:rsidRDefault="000D1C53" w:rsidP="000D1C53">
            <w:pPr>
              <w:rPr>
                <w:sz w:val="16"/>
                <w:lang w:val="es-ES"/>
              </w:rPr>
            </w:pPr>
            <w:r>
              <w:t>—</w:t>
            </w:r>
          </w:p>
        </w:tc>
      </w:tr>
    </w:tbl>
    <w:p w14:paraId="2D072D82" w14:textId="77777777" w:rsidR="002F1A66" w:rsidRPr="005D1D57" w:rsidRDefault="00000000">
      <w:pPr>
        <w:rPr>
          <w:lang w:val="es-ES"/>
        </w:rPr>
      </w:pPr>
      <w:r w:rsidRPr="005D1D57">
        <w:rPr>
          <w:b/>
          <w:lang w:val="es-ES"/>
        </w:rPr>
        <w:t xml:space="preserve">Al finalizar la Semana 9: </w:t>
      </w:r>
      <w:r w:rsidRPr="005D1D57">
        <w:rPr>
          <w:lang w:val="es-ES"/>
        </w:rPr>
        <w:t>cada equipo habrá jugado 14 juegos. Clasifican los 4 mejores equipos.</w:t>
      </w:r>
    </w:p>
    <w:p w14:paraId="0769A9F3" w14:textId="77777777" w:rsidR="002F1A66" w:rsidRPr="005D1D57" w:rsidRDefault="00000000">
      <w:pPr>
        <w:pStyle w:val="Heading1"/>
        <w:rPr>
          <w:lang w:val="es-ES"/>
        </w:rPr>
      </w:pPr>
      <w:r w:rsidRPr="005D1D57">
        <w:rPr>
          <w:lang w:val="es-ES"/>
        </w:rPr>
        <w:t>3. Segunda vuelta – 4 equipos clasificados</w:t>
      </w:r>
    </w:p>
    <w:p w14:paraId="7BA97AF5" w14:textId="77777777" w:rsidR="002F1A66" w:rsidRPr="005D1D57" w:rsidRDefault="00000000">
      <w:pPr>
        <w:rPr>
          <w:lang w:val="es-ES"/>
        </w:rPr>
      </w:pPr>
      <w:r w:rsidRPr="005D1D57">
        <w:rPr>
          <w:lang w:val="es-ES"/>
        </w:rPr>
        <w:t>Los clasificados se identifican como #1, #2, #3 y #4 según su posición al terminar la primera vuelta. Para esta fase se contabilizan las victorias de la segunda vuelta para determinar los dos finalistas.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48"/>
        <w:gridCol w:w="3549"/>
        <w:gridCol w:w="3549"/>
      </w:tblGrid>
      <w:tr w:rsidR="002F1A66" w14:paraId="45290AAC" w14:textId="77777777">
        <w:trPr>
          <w:jc w:val="center"/>
        </w:trPr>
        <w:tc>
          <w:tcPr>
            <w:tcW w:w="3552" w:type="dxa"/>
          </w:tcPr>
          <w:p w14:paraId="2FDF053D" w14:textId="77777777" w:rsidR="002F1A66" w:rsidRDefault="00000000">
            <w:r>
              <w:t>Semana</w:t>
            </w:r>
          </w:p>
        </w:tc>
        <w:tc>
          <w:tcPr>
            <w:tcW w:w="3552" w:type="dxa"/>
          </w:tcPr>
          <w:p w14:paraId="19D8AEEF" w14:textId="77777777" w:rsidR="002F1A66" w:rsidRDefault="00000000">
            <w:r>
              <w:t>Viernes</w:t>
            </w:r>
          </w:p>
        </w:tc>
        <w:tc>
          <w:tcPr>
            <w:tcW w:w="3552" w:type="dxa"/>
          </w:tcPr>
          <w:p w14:paraId="28BBBC06" w14:textId="77777777" w:rsidR="002F1A66" w:rsidRDefault="00000000">
            <w:r>
              <w:t>Sábado</w:t>
            </w:r>
          </w:p>
        </w:tc>
      </w:tr>
      <w:tr w:rsidR="002F1A66" w14:paraId="1E7DFD24" w14:textId="77777777">
        <w:trPr>
          <w:jc w:val="center"/>
        </w:trPr>
        <w:tc>
          <w:tcPr>
            <w:tcW w:w="3552" w:type="dxa"/>
          </w:tcPr>
          <w:p w14:paraId="528B2FD1" w14:textId="77777777" w:rsidR="002F1A66" w:rsidRDefault="00000000">
            <w:r>
              <w:t>10</w:t>
            </w:r>
          </w:p>
        </w:tc>
        <w:tc>
          <w:tcPr>
            <w:tcW w:w="3552" w:type="dxa"/>
          </w:tcPr>
          <w:p w14:paraId="40B63BC5" w14:textId="77777777" w:rsidR="002F1A66" w:rsidRDefault="00000000">
            <w:r>
              <w:t>#1 vs #4 — 2 juegos × 7 innings</w:t>
            </w:r>
          </w:p>
        </w:tc>
        <w:tc>
          <w:tcPr>
            <w:tcW w:w="3552" w:type="dxa"/>
          </w:tcPr>
          <w:p w14:paraId="2A1FBC0D" w14:textId="77777777" w:rsidR="002F1A66" w:rsidRDefault="00000000">
            <w:r>
              <w:t>#2 vs #3 — 2 juegos × 7 innings</w:t>
            </w:r>
          </w:p>
        </w:tc>
      </w:tr>
      <w:tr w:rsidR="002F1A66" w14:paraId="21346336" w14:textId="77777777">
        <w:trPr>
          <w:jc w:val="center"/>
        </w:trPr>
        <w:tc>
          <w:tcPr>
            <w:tcW w:w="3552" w:type="dxa"/>
          </w:tcPr>
          <w:p w14:paraId="62650D51" w14:textId="77777777" w:rsidR="002F1A66" w:rsidRDefault="00000000">
            <w:r>
              <w:t>11</w:t>
            </w:r>
          </w:p>
        </w:tc>
        <w:tc>
          <w:tcPr>
            <w:tcW w:w="3552" w:type="dxa"/>
          </w:tcPr>
          <w:p w14:paraId="59BCC1F4" w14:textId="77777777" w:rsidR="002F1A66" w:rsidRDefault="00000000">
            <w:r>
              <w:t>#1 vs #3 — 2 juegos × 7 innings</w:t>
            </w:r>
          </w:p>
        </w:tc>
        <w:tc>
          <w:tcPr>
            <w:tcW w:w="3552" w:type="dxa"/>
          </w:tcPr>
          <w:p w14:paraId="39698C33" w14:textId="77777777" w:rsidR="002F1A66" w:rsidRDefault="00000000">
            <w:r>
              <w:t>#2 vs #4 — 2 juegos × 7 innings</w:t>
            </w:r>
          </w:p>
        </w:tc>
      </w:tr>
      <w:tr w:rsidR="002F1A66" w14:paraId="25540CDB" w14:textId="77777777">
        <w:trPr>
          <w:jc w:val="center"/>
        </w:trPr>
        <w:tc>
          <w:tcPr>
            <w:tcW w:w="3552" w:type="dxa"/>
          </w:tcPr>
          <w:p w14:paraId="71CECA8F" w14:textId="77777777" w:rsidR="002F1A66" w:rsidRDefault="00000000">
            <w:r>
              <w:t>12</w:t>
            </w:r>
          </w:p>
        </w:tc>
        <w:tc>
          <w:tcPr>
            <w:tcW w:w="3552" w:type="dxa"/>
          </w:tcPr>
          <w:p w14:paraId="253DB5C7" w14:textId="77777777" w:rsidR="002F1A66" w:rsidRDefault="00000000">
            <w:r>
              <w:t>#1 vs #2 — 2 juegos × 7 innings</w:t>
            </w:r>
          </w:p>
        </w:tc>
        <w:tc>
          <w:tcPr>
            <w:tcW w:w="3552" w:type="dxa"/>
          </w:tcPr>
          <w:p w14:paraId="4B736770" w14:textId="77777777" w:rsidR="002F1A66" w:rsidRDefault="00000000">
            <w:r>
              <w:t>#3 vs #4 — 2 juegos × 7 innings</w:t>
            </w:r>
          </w:p>
        </w:tc>
      </w:tr>
      <w:tr w:rsidR="002F1A66" w14:paraId="4C1D1897" w14:textId="77777777">
        <w:trPr>
          <w:jc w:val="center"/>
        </w:trPr>
        <w:tc>
          <w:tcPr>
            <w:tcW w:w="3552" w:type="dxa"/>
          </w:tcPr>
          <w:p w14:paraId="247DE6E1" w14:textId="77777777" w:rsidR="002F1A66" w:rsidRDefault="00000000">
            <w:r>
              <w:t>13</w:t>
            </w:r>
          </w:p>
        </w:tc>
        <w:tc>
          <w:tcPr>
            <w:tcW w:w="3552" w:type="dxa"/>
          </w:tcPr>
          <w:p w14:paraId="0D0F1DDB" w14:textId="77777777" w:rsidR="002F1A66" w:rsidRDefault="00000000">
            <w:r>
              <w:t>DESCANSO GENERAL / recuperación</w:t>
            </w:r>
          </w:p>
        </w:tc>
        <w:tc>
          <w:tcPr>
            <w:tcW w:w="3552" w:type="dxa"/>
          </w:tcPr>
          <w:p w14:paraId="17F9256A" w14:textId="77777777" w:rsidR="002F1A66" w:rsidRDefault="00000000">
            <w:r>
              <w:t>DESCANSO GENERAL / recuperación</w:t>
            </w:r>
          </w:p>
        </w:tc>
      </w:tr>
    </w:tbl>
    <w:p w14:paraId="134544D5" w14:textId="77777777" w:rsidR="002F1A66" w:rsidRPr="005D1D57" w:rsidRDefault="00000000">
      <w:pPr>
        <w:rPr>
          <w:lang w:val="es-ES"/>
        </w:rPr>
      </w:pPr>
      <w:r w:rsidRPr="005D1D57">
        <w:rPr>
          <w:b/>
          <w:lang w:val="es-ES"/>
        </w:rPr>
        <w:t xml:space="preserve">Al finalizar la segunda vuelta: </w:t>
      </w:r>
      <w:r w:rsidRPr="005D1D57">
        <w:rPr>
          <w:lang w:val="es-ES"/>
        </w:rPr>
        <w:t>cada clasificado habrá jugado 6 juegos adicionales. Los 2 equipos con más victorias en esta fase avanzan a la final.</w:t>
      </w:r>
    </w:p>
    <w:p w14:paraId="636E490A" w14:textId="77777777" w:rsidR="002F1A66" w:rsidRPr="005D1D57" w:rsidRDefault="00000000">
      <w:pPr>
        <w:pStyle w:val="Heading1"/>
        <w:rPr>
          <w:lang w:val="es-ES"/>
        </w:rPr>
      </w:pPr>
      <w:r w:rsidRPr="005D1D57">
        <w:rPr>
          <w:lang w:val="es-ES"/>
        </w:rPr>
        <w:t>4. Final – Serie al mejor de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48"/>
        <w:gridCol w:w="3549"/>
        <w:gridCol w:w="3549"/>
      </w:tblGrid>
      <w:tr w:rsidR="002F1A66" w14:paraId="1D4DDB28" w14:textId="77777777">
        <w:trPr>
          <w:jc w:val="center"/>
        </w:trPr>
        <w:tc>
          <w:tcPr>
            <w:tcW w:w="3552" w:type="dxa"/>
          </w:tcPr>
          <w:p w14:paraId="18F4DE2D" w14:textId="77777777" w:rsidR="002F1A66" w:rsidRDefault="00000000">
            <w:r>
              <w:t>Semana</w:t>
            </w:r>
          </w:p>
        </w:tc>
        <w:tc>
          <w:tcPr>
            <w:tcW w:w="3552" w:type="dxa"/>
          </w:tcPr>
          <w:p w14:paraId="04FC1A26" w14:textId="77777777" w:rsidR="002F1A66" w:rsidRDefault="00000000">
            <w:r>
              <w:t>Día</w:t>
            </w:r>
          </w:p>
        </w:tc>
        <w:tc>
          <w:tcPr>
            <w:tcW w:w="3552" w:type="dxa"/>
          </w:tcPr>
          <w:p w14:paraId="5683E750" w14:textId="77777777" w:rsidR="002F1A66" w:rsidRDefault="00000000">
            <w:r>
              <w:t>Partido</w:t>
            </w:r>
          </w:p>
        </w:tc>
      </w:tr>
      <w:tr w:rsidR="002F1A66" w14:paraId="67EF10A3" w14:textId="77777777">
        <w:trPr>
          <w:jc w:val="center"/>
        </w:trPr>
        <w:tc>
          <w:tcPr>
            <w:tcW w:w="3552" w:type="dxa"/>
          </w:tcPr>
          <w:p w14:paraId="4EDD4102" w14:textId="77777777" w:rsidR="002F1A66" w:rsidRDefault="00000000">
            <w:r>
              <w:t>14</w:t>
            </w:r>
          </w:p>
        </w:tc>
        <w:tc>
          <w:tcPr>
            <w:tcW w:w="3552" w:type="dxa"/>
          </w:tcPr>
          <w:p w14:paraId="1913BB67" w14:textId="77777777" w:rsidR="002F1A66" w:rsidRDefault="00000000">
            <w:r>
              <w:t>Viernes</w:t>
            </w:r>
          </w:p>
        </w:tc>
        <w:tc>
          <w:tcPr>
            <w:tcW w:w="3552" w:type="dxa"/>
          </w:tcPr>
          <w:p w14:paraId="25091172" w14:textId="77777777" w:rsidR="002F1A66" w:rsidRDefault="00000000">
            <w:r>
              <w:t>Final – Juego 1 • 9 innings</w:t>
            </w:r>
          </w:p>
        </w:tc>
      </w:tr>
      <w:tr w:rsidR="002F1A66" w14:paraId="6C262091" w14:textId="77777777">
        <w:trPr>
          <w:jc w:val="center"/>
        </w:trPr>
        <w:tc>
          <w:tcPr>
            <w:tcW w:w="3552" w:type="dxa"/>
          </w:tcPr>
          <w:p w14:paraId="595E2F54" w14:textId="77777777" w:rsidR="002F1A66" w:rsidRDefault="00000000">
            <w:r>
              <w:t>14</w:t>
            </w:r>
          </w:p>
        </w:tc>
        <w:tc>
          <w:tcPr>
            <w:tcW w:w="3552" w:type="dxa"/>
          </w:tcPr>
          <w:p w14:paraId="0D4A9BDC" w14:textId="77777777" w:rsidR="002F1A66" w:rsidRDefault="00000000">
            <w:r>
              <w:t>Sábado</w:t>
            </w:r>
          </w:p>
        </w:tc>
        <w:tc>
          <w:tcPr>
            <w:tcW w:w="3552" w:type="dxa"/>
          </w:tcPr>
          <w:p w14:paraId="024A0172" w14:textId="77777777" w:rsidR="002F1A66" w:rsidRDefault="00000000">
            <w:r>
              <w:t>Final – Juego 2 • 9 innings</w:t>
            </w:r>
          </w:p>
        </w:tc>
      </w:tr>
      <w:tr w:rsidR="002F1A66" w:rsidRPr="000D1C53" w14:paraId="3B0D3B13" w14:textId="77777777">
        <w:trPr>
          <w:jc w:val="center"/>
        </w:trPr>
        <w:tc>
          <w:tcPr>
            <w:tcW w:w="3552" w:type="dxa"/>
          </w:tcPr>
          <w:p w14:paraId="0DBC56B0" w14:textId="77777777" w:rsidR="002F1A66" w:rsidRDefault="00000000">
            <w:r>
              <w:t>15</w:t>
            </w:r>
          </w:p>
        </w:tc>
        <w:tc>
          <w:tcPr>
            <w:tcW w:w="3552" w:type="dxa"/>
          </w:tcPr>
          <w:p w14:paraId="0D5659A9" w14:textId="77777777" w:rsidR="002F1A66" w:rsidRDefault="00000000">
            <w:r>
              <w:t>Viernes</w:t>
            </w:r>
          </w:p>
        </w:tc>
        <w:tc>
          <w:tcPr>
            <w:tcW w:w="3552" w:type="dxa"/>
          </w:tcPr>
          <w:p w14:paraId="44BA52F4" w14:textId="77777777" w:rsidR="002F1A66" w:rsidRPr="005D1D57" w:rsidRDefault="00000000">
            <w:pPr>
              <w:rPr>
                <w:lang w:val="es-ES"/>
              </w:rPr>
            </w:pPr>
            <w:r w:rsidRPr="005D1D57">
              <w:rPr>
                <w:lang w:val="es-ES"/>
              </w:rPr>
              <w:t>Final – Juego 3 • 9 innings, solo si es necesario</w:t>
            </w:r>
          </w:p>
        </w:tc>
      </w:tr>
    </w:tbl>
    <w:p w14:paraId="05A018FB" w14:textId="77777777" w:rsidR="002F1A66" w:rsidRPr="005D1D57" w:rsidRDefault="00000000">
      <w:pPr>
        <w:rPr>
          <w:lang w:val="es-ES"/>
        </w:rPr>
      </w:pPr>
      <w:r w:rsidRPr="005D1D57">
        <w:rPr>
          <w:lang w:val="es-ES"/>
        </w:rPr>
        <w:lastRenderedPageBreak/>
        <w:t>Si un equipo gana los Juegos 1 y 2, se proclama campeón y no se disputa el Juego 3.</w:t>
      </w:r>
    </w:p>
    <w:p w14:paraId="69EAF6D3" w14:textId="77777777" w:rsidR="002F1A66" w:rsidRDefault="00000000">
      <w:pPr>
        <w:pStyle w:val="Heading1"/>
      </w:pPr>
      <w:r>
        <w:t>5. Resumen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2"/>
        <w:gridCol w:w="2661"/>
        <w:gridCol w:w="2661"/>
      </w:tblGrid>
      <w:tr w:rsidR="002F1A66" w14:paraId="71614B9E" w14:textId="77777777">
        <w:trPr>
          <w:jc w:val="center"/>
        </w:trPr>
        <w:tc>
          <w:tcPr>
            <w:tcW w:w="2664" w:type="dxa"/>
          </w:tcPr>
          <w:p w14:paraId="760BEBD8" w14:textId="77777777" w:rsidR="002F1A66" w:rsidRDefault="00000000">
            <w:r>
              <w:t>Etapa</w:t>
            </w:r>
          </w:p>
        </w:tc>
        <w:tc>
          <w:tcPr>
            <w:tcW w:w="2664" w:type="dxa"/>
          </w:tcPr>
          <w:p w14:paraId="4263AC96" w14:textId="77777777" w:rsidR="002F1A66" w:rsidRDefault="00000000">
            <w:r>
              <w:t>Equipos</w:t>
            </w:r>
          </w:p>
        </w:tc>
        <w:tc>
          <w:tcPr>
            <w:tcW w:w="2664" w:type="dxa"/>
          </w:tcPr>
          <w:p w14:paraId="04E0DEB9" w14:textId="77777777" w:rsidR="002F1A66" w:rsidRDefault="00000000">
            <w:r>
              <w:t>Juegos por equipo</w:t>
            </w:r>
          </w:p>
        </w:tc>
        <w:tc>
          <w:tcPr>
            <w:tcW w:w="2664" w:type="dxa"/>
          </w:tcPr>
          <w:p w14:paraId="41CD05B8" w14:textId="77777777" w:rsidR="002F1A66" w:rsidRDefault="00000000">
            <w:r>
              <w:t>Juegos totales</w:t>
            </w:r>
          </w:p>
        </w:tc>
      </w:tr>
      <w:tr w:rsidR="002F1A66" w14:paraId="33ED30B1" w14:textId="77777777">
        <w:trPr>
          <w:jc w:val="center"/>
        </w:trPr>
        <w:tc>
          <w:tcPr>
            <w:tcW w:w="2664" w:type="dxa"/>
          </w:tcPr>
          <w:p w14:paraId="3C9EDC31" w14:textId="77777777" w:rsidR="002F1A66" w:rsidRDefault="00000000">
            <w:r>
              <w:t>Primera vuelta</w:t>
            </w:r>
          </w:p>
        </w:tc>
        <w:tc>
          <w:tcPr>
            <w:tcW w:w="2664" w:type="dxa"/>
          </w:tcPr>
          <w:p w14:paraId="35721DF1" w14:textId="77777777" w:rsidR="002F1A66" w:rsidRDefault="00000000">
            <w:r>
              <w:t>8</w:t>
            </w:r>
          </w:p>
        </w:tc>
        <w:tc>
          <w:tcPr>
            <w:tcW w:w="2664" w:type="dxa"/>
          </w:tcPr>
          <w:p w14:paraId="75F36DBB" w14:textId="77777777" w:rsidR="002F1A66" w:rsidRDefault="00000000">
            <w:r>
              <w:t>14</w:t>
            </w:r>
          </w:p>
        </w:tc>
        <w:tc>
          <w:tcPr>
            <w:tcW w:w="2664" w:type="dxa"/>
          </w:tcPr>
          <w:p w14:paraId="16C58E34" w14:textId="77777777" w:rsidR="002F1A66" w:rsidRDefault="00000000">
            <w:r>
              <w:t>56</w:t>
            </w:r>
          </w:p>
        </w:tc>
      </w:tr>
      <w:tr w:rsidR="002F1A66" w14:paraId="27B56268" w14:textId="77777777">
        <w:trPr>
          <w:jc w:val="center"/>
        </w:trPr>
        <w:tc>
          <w:tcPr>
            <w:tcW w:w="2664" w:type="dxa"/>
          </w:tcPr>
          <w:p w14:paraId="2D71BAF0" w14:textId="77777777" w:rsidR="002F1A66" w:rsidRDefault="00000000">
            <w:r>
              <w:t>Segunda vuelta</w:t>
            </w:r>
          </w:p>
        </w:tc>
        <w:tc>
          <w:tcPr>
            <w:tcW w:w="2664" w:type="dxa"/>
          </w:tcPr>
          <w:p w14:paraId="7F1D4B58" w14:textId="77777777" w:rsidR="002F1A66" w:rsidRDefault="00000000">
            <w:r>
              <w:t>4</w:t>
            </w:r>
          </w:p>
        </w:tc>
        <w:tc>
          <w:tcPr>
            <w:tcW w:w="2664" w:type="dxa"/>
          </w:tcPr>
          <w:p w14:paraId="21E07E15" w14:textId="77777777" w:rsidR="002F1A66" w:rsidRDefault="00000000">
            <w:r>
              <w:t>6</w:t>
            </w:r>
          </w:p>
        </w:tc>
        <w:tc>
          <w:tcPr>
            <w:tcW w:w="2664" w:type="dxa"/>
          </w:tcPr>
          <w:p w14:paraId="3C51C312" w14:textId="77777777" w:rsidR="002F1A66" w:rsidRDefault="00000000">
            <w:r>
              <w:t>12</w:t>
            </w:r>
          </w:p>
        </w:tc>
      </w:tr>
      <w:tr w:rsidR="002F1A66" w14:paraId="5500CC05" w14:textId="77777777">
        <w:trPr>
          <w:jc w:val="center"/>
        </w:trPr>
        <w:tc>
          <w:tcPr>
            <w:tcW w:w="2664" w:type="dxa"/>
          </w:tcPr>
          <w:p w14:paraId="748CF397" w14:textId="77777777" w:rsidR="002F1A66" w:rsidRDefault="00000000">
            <w:r>
              <w:t>Final</w:t>
            </w:r>
          </w:p>
        </w:tc>
        <w:tc>
          <w:tcPr>
            <w:tcW w:w="2664" w:type="dxa"/>
          </w:tcPr>
          <w:p w14:paraId="5E69D074" w14:textId="77777777" w:rsidR="002F1A66" w:rsidRDefault="00000000">
            <w:r>
              <w:t>2</w:t>
            </w:r>
          </w:p>
        </w:tc>
        <w:tc>
          <w:tcPr>
            <w:tcW w:w="2664" w:type="dxa"/>
          </w:tcPr>
          <w:p w14:paraId="1C6EE1DC" w14:textId="77777777" w:rsidR="002F1A66" w:rsidRDefault="00000000">
            <w:r>
              <w:t>2–3</w:t>
            </w:r>
          </w:p>
        </w:tc>
        <w:tc>
          <w:tcPr>
            <w:tcW w:w="2664" w:type="dxa"/>
          </w:tcPr>
          <w:p w14:paraId="64DB8817" w14:textId="77777777" w:rsidR="002F1A66" w:rsidRDefault="00000000">
            <w:r>
              <w:t>2–3</w:t>
            </w:r>
          </w:p>
        </w:tc>
      </w:tr>
      <w:tr w:rsidR="002F1A66" w14:paraId="2E605B49" w14:textId="77777777">
        <w:trPr>
          <w:jc w:val="center"/>
        </w:trPr>
        <w:tc>
          <w:tcPr>
            <w:tcW w:w="2664" w:type="dxa"/>
          </w:tcPr>
          <w:p w14:paraId="1A9FCAB6" w14:textId="77777777" w:rsidR="002F1A66" w:rsidRDefault="00000000">
            <w:r>
              <w:t>TOTAL DEL TORNEO</w:t>
            </w:r>
          </w:p>
        </w:tc>
        <w:tc>
          <w:tcPr>
            <w:tcW w:w="2664" w:type="dxa"/>
          </w:tcPr>
          <w:p w14:paraId="7F307B5C" w14:textId="77777777" w:rsidR="002F1A66" w:rsidRDefault="00000000">
            <w:r>
              <w:t>—</w:t>
            </w:r>
          </w:p>
        </w:tc>
        <w:tc>
          <w:tcPr>
            <w:tcW w:w="2664" w:type="dxa"/>
          </w:tcPr>
          <w:p w14:paraId="01F97110" w14:textId="77777777" w:rsidR="002F1A66" w:rsidRDefault="00000000">
            <w:r>
              <w:t>—</w:t>
            </w:r>
          </w:p>
        </w:tc>
        <w:tc>
          <w:tcPr>
            <w:tcW w:w="2664" w:type="dxa"/>
          </w:tcPr>
          <w:p w14:paraId="59731102" w14:textId="77777777" w:rsidR="002F1A66" w:rsidRDefault="00000000">
            <w:r>
              <w:t>70–71</w:t>
            </w:r>
          </w:p>
        </w:tc>
      </w:tr>
    </w:tbl>
    <w:p w14:paraId="419ADD08" w14:textId="77777777" w:rsidR="002F1A66" w:rsidRDefault="00000000">
      <w:pPr>
        <w:pStyle w:val="Heading1"/>
      </w:pPr>
      <w:r>
        <w:t>6. Reglas de clasificación y desempate</w:t>
      </w:r>
    </w:p>
    <w:p w14:paraId="6D1E49C1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>Primera vuelta: clasifican los 4 mejores récords de victorias y derrotas.</w:t>
      </w:r>
    </w:p>
    <w:p w14:paraId="3E0066C0" w14:textId="77777777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>Segunda vuelta: avanzan a la final los 2 equipos con más victorias en esta fase.</w:t>
      </w:r>
    </w:p>
    <w:p w14:paraId="3072B47C" w14:textId="58AE56AC" w:rsidR="002F1A66" w:rsidRPr="005D1D57" w:rsidRDefault="00000000">
      <w:pPr>
        <w:pStyle w:val="ListBullet"/>
        <w:rPr>
          <w:lang w:val="es-ES"/>
        </w:rPr>
      </w:pPr>
      <w:r w:rsidRPr="005D1D57">
        <w:rPr>
          <w:lang w:val="es-ES"/>
        </w:rPr>
        <w:t xml:space="preserve">Desempate sugerido: 1) récord directo entre equipos empatados; 2) diferencial de carreras; 3) menos carreras permitidas; 4) juego de desempate o criterio aprobado por la </w:t>
      </w:r>
      <w:r w:rsidR="005D1D57">
        <w:rPr>
          <w:lang w:val="es-ES"/>
        </w:rPr>
        <w:t>Copa</w:t>
      </w:r>
      <w:r w:rsidRPr="005D1D57">
        <w:rPr>
          <w:lang w:val="es-ES"/>
        </w:rPr>
        <w:t>.</w:t>
      </w:r>
    </w:p>
    <w:sectPr w:rsidR="002F1A66" w:rsidRPr="005D1D57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3625543">
    <w:abstractNumId w:val="8"/>
  </w:num>
  <w:num w:numId="2" w16cid:durableId="486750358">
    <w:abstractNumId w:val="6"/>
  </w:num>
  <w:num w:numId="3" w16cid:durableId="258417323">
    <w:abstractNumId w:val="5"/>
  </w:num>
  <w:num w:numId="4" w16cid:durableId="832449799">
    <w:abstractNumId w:val="4"/>
  </w:num>
  <w:num w:numId="5" w16cid:durableId="1129668525">
    <w:abstractNumId w:val="7"/>
  </w:num>
  <w:num w:numId="6" w16cid:durableId="1327586237">
    <w:abstractNumId w:val="3"/>
  </w:num>
  <w:num w:numId="7" w16cid:durableId="706952452">
    <w:abstractNumId w:val="2"/>
  </w:num>
  <w:num w:numId="8" w16cid:durableId="2100176126">
    <w:abstractNumId w:val="1"/>
  </w:num>
  <w:num w:numId="9" w16cid:durableId="144769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C53"/>
    <w:rsid w:val="0015074B"/>
    <w:rsid w:val="001D64A2"/>
    <w:rsid w:val="0029639D"/>
    <w:rsid w:val="002F1A66"/>
    <w:rsid w:val="00326F90"/>
    <w:rsid w:val="005D1D57"/>
    <w:rsid w:val="0094125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F8BA33"/>
  <w14:defaultImageDpi w14:val="300"/>
  <w15:docId w15:val="{ECAF22BE-0175-4083-8963-8E54BD0E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Rivera</cp:lastModifiedBy>
  <cp:revision>3</cp:revision>
  <dcterms:created xsi:type="dcterms:W3CDTF">2026-08-27T23:47:00Z</dcterms:created>
  <dcterms:modified xsi:type="dcterms:W3CDTF">2026-09-17T04:08:00Z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9c02e46f-e7b1-4b81-a273-c893ba2e3302</vt:lpwstr>
  </property>
</Properties>
</file>